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Rhino Fitness Block 2 Workout Program</w:t>
      </w:r>
    </w:p>
    <w:p>
      <w:r>
        <w:t>Five weeks of Strength, Hybrid, Olympic lifting and Super Hybrid. Strength section B pairs the secondary lift with 20 tuck-ups. Section C uses 20 reps per exercise, or 10 per side. Edit the sessions below.</w:t>
      </w:r>
    </w:p>
    <w:p>
      <w:pPr>
        <w:pStyle w:val="Heading1"/>
      </w:pPr>
      <w:r>
        <w:t>Week 1 Build</w:t>
      </w:r>
    </w:p>
    <w:p>
      <w:pPr>
        <w:pStyle w:val="Heading2"/>
      </w:pPr>
      <w:r>
        <w:t>Day 1 Monday Lower Body Strength</w:t>
      </w:r>
    </w:p>
    <w:p>
      <w:r>
        <w:rPr>
          <w:b/>
        </w:rPr>
        <w:t>BACK SQUAT — E3MOM × 5</w:t>
      </w:r>
    </w:p>
    <w:p>
      <w:r>
        <w:t>5 @ 70% • 5 @ 72.5% • 4 @ 75% • 4 @ 77.5% • 3 @ 80%</w:t>
      </w:r>
    </w:p>
    <w:p>
      <w:r>
        <w:t>Back-down — Every 2:00 × 3</w:t>
      </w:r>
    </w:p>
    <w:p>
      <w:r>
        <w:t>Back Squat: Max reps @ 50% per set.</w:t>
      </w:r>
    </w:p>
    <w:p>
      <w:r>
        <w:rPr>
          <w:b/>
        </w:rPr>
        <w:t>SUPERSET — Every 2:30 × 4</w:t>
      </w:r>
    </w:p>
    <w:p>
      <w:r>
        <w:t>6 RDLs, controlled heavy • 20 Tuck-Ups</w:t>
      </w:r>
    </w:p>
    <w:p>
      <w:r>
        <w:rPr>
          <w:b/>
        </w:rPr>
        <w:t>ACCESSORY — 4 rounds</w:t>
      </w:r>
    </w:p>
    <w:p>
      <w:r>
        <w:t>10/10 Bulgarian Split Squats • 20 Leg Extensions • 20 Hamstring Curls • 20 Weighted GHD Back Extensions</w:t>
      </w:r>
    </w:p>
    <w:p>
      <w:pPr>
        <w:spacing w:after="20"/>
      </w:pPr>
    </w:p>
    <w:p>
      <w:pPr>
        <w:pStyle w:val="Heading2"/>
      </w:pPr>
      <w:r>
        <w:t>Day 2 Tuesday Upper Hybrid</w:t>
      </w:r>
    </w:p>
    <w:p>
      <w:r>
        <w:rPr>
          <w:b/>
        </w:rPr>
        <w:t>ENGINE — 5 rounds / 30-min cap</w:t>
      </w:r>
    </w:p>
    <w:p>
      <w:r>
        <w:t>500 m Ski • 20 Cal Bike • 500 m Row • 200 m Treadmill Run • 20 DB Thrusters</w:t>
      </w:r>
    </w:p>
    <w:p>
      <w:r>
        <w:t>Rest 3 min</w:t>
      </w:r>
    </w:p>
    <w:p>
      <w:r>
        <w:rPr>
          <w:b/>
        </w:rPr>
        <w:t>BENCH PRESS — 3 × 5 @ 70–75%, Every 2:30</w:t>
      </w:r>
    </w:p>
    <w:p>
      <w:r>
        <w:rPr>
          <w:b/>
        </w:rPr>
        <w:t>BACK-DOWN — 2 × max quality reps @ 50–55%</w:t>
      </w:r>
    </w:p>
    <w:p>
      <w:pPr>
        <w:spacing w:after="20"/>
      </w:pPr>
    </w:p>
    <w:p>
      <w:pPr>
        <w:pStyle w:val="Heading2"/>
      </w:pPr>
      <w:r>
        <w:t>Day 3 Wednesday Oly Snatch Foundation</w:t>
      </w:r>
    </w:p>
    <w:p>
      <w:r>
        <w:rPr>
          <w:b/>
        </w:rPr>
        <w:t>TECHNIQUE — E2MOM × 4</w:t>
      </w:r>
    </w:p>
    <w:p>
      <w:r>
        <w:t>2 High-Hang Snatch + 2 Hang Snatch + 1 Overhead Squat</w:t>
      </w:r>
    </w:p>
    <w:p>
      <w:r>
        <w:rPr>
          <w:b/>
        </w:rPr>
        <w:t>FULL SNATCH — Every 2:30 × 6</w:t>
      </w:r>
    </w:p>
    <w:p>
      <w:r>
        <w:t>3 @ 50% • 3 @ 55% • 2 @ 60% • 2 @ 65% • 2 @ 70% • 1–2 @ 75%</w:t>
      </w:r>
    </w:p>
    <w:p>
      <w:r>
        <w:t>Snatch Pull 4×3 @ 90–100% snatch</w:t>
      </w:r>
    </w:p>
    <w:p>
      <w:r>
        <w:t>Snatch Deadlift 3×5 @ 90–100%</w:t>
      </w:r>
    </w:p>
    <w:p>
      <w:r>
        <w:t>Snatch Balance + OHS 3 rounds: 3 + 3</w:t>
      </w:r>
    </w:p>
    <w:p>
      <w:pPr>
        <w:spacing w:after="20"/>
      </w:pPr>
    </w:p>
    <w:p>
      <w:r>
        <w:br w:type="page"/>
      </w:r>
    </w:p>
    <w:p>
      <w:pPr>
        <w:pStyle w:val="Heading1"/>
      </w:pPr>
      <w:r>
        <w:t>Week 1 Build</w:t>
      </w:r>
    </w:p>
    <w:p>
      <w:pPr>
        <w:pStyle w:val="Heading2"/>
      </w:pPr>
      <w:r>
        <w:t>Day 4 Thursday Lower Body Hybrid</w:t>
      </w:r>
    </w:p>
    <w:p>
      <w:r>
        <w:rPr>
          <w:b/>
        </w:rPr>
        <w:t>CHIPPER — For time</w:t>
      </w:r>
    </w:p>
    <w:p>
      <w:r>
        <w:t>1 km Treadmill Run • 2 km Bike • 1,000 m Row • 20 Sumo Deadlifts • 20 Wall Balls • 20 Box Jumps • 20 DB Thrusters • 20 Walking Lunges/leg • 20 Goblet Squats • 20 Burpees</w:t>
      </w:r>
    </w:p>
    <w:p>
      <w:r>
        <w:t>Rest 3 min</w:t>
      </w:r>
    </w:p>
    <w:p>
      <w:r>
        <w:rPr>
          <w:b/>
        </w:rPr>
        <w:t>DEADLIFT — 3×5 @ 65–70%, Every 2:30</w:t>
      </w:r>
    </w:p>
    <w:p>
      <w:r>
        <w:t>RDL 2×10 • Leg Extension 2×20 • Hamstring Curl 2×20</w:t>
      </w:r>
    </w:p>
    <w:p>
      <w:pPr>
        <w:spacing w:after="20"/>
      </w:pPr>
    </w:p>
    <w:p>
      <w:pPr>
        <w:pStyle w:val="Heading2"/>
      </w:pPr>
      <w:r>
        <w:t>Day 5 Friday Upper Strength</w:t>
      </w:r>
    </w:p>
    <w:p>
      <w:r>
        <w:rPr>
          <w:b/>
        </w:rPr>
        <w:t>BENCH PRESS — E3MOM × 5</w:t>
      </w:r>
    </w:p>
    <w:p>
      <w:r>
        <w:t>5 @ 70% • 5 @ 72.5% • 4 @ 75% • 3 @ 80% • 3 @ 82.5%</w:t>
      </w:r>
    </w:p>
    <w:p>
      <w:r>
        <w:t>Back-down — Every 2:00 × 3</w:t>
      </w:r>
    </w:p>
    <w:p>
      <w:r>
        <w:t>Bench Press: Max reps @ 50% per set.</w:t>
      </w:r>
    </w:p>
    <w:p>
      <w:r>
        <w:rPr>
          <w:b/>
        </w:rPr>
        <w:t>SUPERSET — 4 rounds</w:t>
      </w:r>
    </w:p>
    <w:p>
      <w:r>
        <w:t>6 Heavy Bent-Over Rows • 20 Tuck-Ups</w:t>
      </w:r>
    </w:p>
    <w:p>
      <w:r>
        <w:rPr>
          <w:b/>
        </w:rPr>
        <w:t>ACCESSORY — 20 reps per exercise</w:t>
      </w:r>
    </w:p>
    <w:p>
      <w:r>
        <w:t>20 DB Rows • 20 Lateral Raises • 20 Curls • 20 Triceps reps • 20 Upper-Back reps</w:t>
      </w:r>
    </w:p>
    <w:p>
      <w:pPr>
        <w:spacing w:after="20"/>
      </w:pPr>
    </w:p>
    <w:p>
      <w:pPr>
        <w:pStyle w:val="Heading2"/>
      </w:pPr>
      <w:r>
        <w:t>Day 6 Saturday Super Hybrid</w:t>
      </w:r>
    </w:p>
    <w:p>
      <w:r>
        <w:t>60–75 MIN QUALITY GRIND</w:t>
      </w:r>
    </w:p>
    <w:p>
      <w:r>
        <w:t>4 rounds: 750 m Row • 20 m Heavy Sled Push • 20 m Sled Pull • 20 Wall Balls • 20 m Farmer Carry • 15 Burpees</w:t>
      </w:r>
    </w:p>
    <w:p>
      <w:r>
        <w:t>Then 2 km Bike + 500 m Ski</w:t>
      </w:r>
    </w:p>
    <w:p>
      <w:r>
        <w:t>Goal: steady pacing, no failed strength reps.</w:t>
      </w:r>
    </w:p>
    <w:p>
      <w:pPr>
        <w:spacing w:after="20"/>
      </w:pPr>
    </w:p>
    <w:p>
      <w:r>
        <w:br w:type="page"/>
      </w:r>
    </w:p>
    <w:p>
      <w:pPr>
        <w:pStyle w:val="Heading1"/>
      </w:pPr>
      <w:r>
        <w:t>Week 2 Load</w:t>
      </w:r>
    </w:p>
    <w:p>
      <w:pPr>
        <w:pStyle w:val="Heading2"/>
      </w:pPr>
      <w:r>
        <w:t>Day 1 Monday Lower Body Strength</w:t>
      </w:r>
    </w:p>
    <w:p>
      <w:r>
        <w:rPr>
          <w:b/>
        </w:rPr>
        <w:t>DEADLIFT — E3MOM × 5</w:t>
      </w:r>
    </w:p>
    <w:p>
      <w:r>
        <w:t>4 @ 72.5% • 4 @ 75% • 3 @ 80% • 3 @ 82.5% • 3 @ 85%</w:t>
      </w:r>
    </w:p>
    <w:p>
      <w:r>
        <w:t>Back-down — Every 2:00 × 3</w:t>
      </w:r>
    </w:p>
    <w:p>
      <w:r>
        <w:t>Deadlift: Max reps @ 60% per set.</w:t>
      </w:r>
    </w:p>
    <w:p>
      <w:r>
        <w:rPr>
          <w:b/>
        </w:rPr>
        <w:t>SUPERSET — 4 rounds</w:t>
      </w:r>
    </w:p>
    <w:p>
      <w:r>
        <w:t>6 Heavy Bent-Over Rows • 20 Tuck-Ups</w:t>
      </w:r>
    </w:p>
    <w:p>
      <w:r>
        <w:rPr>
          <w:b/>
        </w:rPr>
        <w:t>ACCESSORY — 4 rounds</w:t>
      </w:r>
    </w:p>
    <w:p>
      <w:r>
        <w:t>10/10 Front-Foot-Elevated Split Squats • 20 Hip Thrusts • 20 Hamstring Curls • 20 GHD Sit-Ups</w:t>
      </w:r>
    </w:p>
    <w:p>
      <w:pPr>
        <w:spacing w:after="20"/>
      </w:pPr>
    </w:p>
    <w:p>
      <w:pPr>
        <w:pStyle w:val="Heading2"/>
      </w:pPr>
      <w:r>
        <w:t>Day 2 Tuesday Upper Hybrid</w:t>
      </w:r>
    </w:p>
    <w:p>
      <w:r>
        <w:t>AMRAP 32</w:t>
      </w:r>
    </w:p>
    <w:p>
      <w:r>
        <w:t>400 m Ski • 18 Cal Bike • 400 m Row • 200 m Treadmill • 16 DB Push Press</w:t>
      </w:r>
    </w:p>
    <w:p>
      <w:r>
        <w:t>Rest 3 min</w:t>
      </w:r>
    </w:p>
    <w:p>
      <w:r>
        <w:rPr>
          <w:b/>
        </w:rPr>
        <w:t>PUSH PRESS — 3×5 @ 72–77%, Every 2:30</w:t>
      </w:r>
    </w:p>
    <w:p>
      <w:r>
        <w:rPr>
          <w:b/>
        </w:rPr>
        <w:t>BACK-DOWN — 2 × max quality reps @ ~50–55%</w:t>
      </w:r>
    </w:p>
    <w:p>
      <w:pPr>
        <w:spacing w:after="20"/>
      </w:pPr>
    </w:p>
    <w:p>
      <w:pPr>
        <w:pStyle w:val="Heading2"/>
      </w:pPr>
      <w:r>
        <w:t>Day 3 Wednesday Oly Clean + Jerk</w:t>
      </w:r>
    </w:p>
    <w:p>
      <w:r>
        <w:rPr>
          <w:b/>
        </w:rPr>
        <w:t>TECHNIQUE — E2MOM × 4</w:t>
      </w:r>
    </w:p>
    <w:p>
      <w:r>
        <w:t>2 High-Hang Clean + 2 Hang Clean + 2 Push Jerk</w:t>
      </w:r>
    </w:p>
    <w:p>
      <w:r>
        <w:rPr>
          <w:b/>
        </w:rPr>
        <w:t>CLEAN + JERK — Every 2:30 × 6</w:t>
      </w:r>
    </w:p>
    <w:p>
      <w:r>
        <w:t>3+1 @ 50% • 3+1 @ 55% • 2+1 @ 60% • 2+1 @ 65% • 2+1 @ 70% • 1+1 @ 77–80%</w:t>
      </w:r>
    </w:p>
    <w:p>
      <w:r>
        <w:t>Clean Pull 4×3 @ 95–105%</w:t>
      </w:r>
    </w:p>
    <w:p>
      <w:r>
        <w:t>Clean Deadlift 3×4 @ 100–110%</w:t>
      </w:r>
    </w:p>
    <w:p>
      <w:r>
        <w:t>Front Squat 4×4 @ 70–75%</w:t>
      </w:r>
    </w:p>
    <w:p>
      <w:pPr>
        <w:spacing w:after="20"/>
      </w:pPr>
    </w:p>
    <w:p>
      <w:r>
        <w:br w:type="page"/>
      </w:r>
    </w:p>
    <w:p>
      <w:pPr>
        <w:pStyle w:val="Heading1"/>
      </w:pPr>
      <w:r>
        <w:t>Week 2 Load</w:t>
      </w:r>
    </w:p>
    <w:p>
      <w:pPr>
        <w:pStyle w:val="Heading2"/>
      </w:pPr>
      <w:r>
        <w:t>Day 4 Thursday Lower Body Hybrid</w:t>
      </w:r>
    </w:p>
    <w:p>
      <w:r>
        <w:t>5 ROUNDS</w:t>
      </w:r>
    </w:p>
    <w:p>
      <w:r>
        <w:t>800 m Bike • 400 m Row • 20 Wall Balls • 20 Box Step-Overs • 20 KB Swings • 20 Walking Lunges</w:t>
      </w:r>
    </w:p>
    <w:p>
      <w:r>
        <w:t>After rounds: 800 m Treadmill Run</w:t>
      </w:r>
    </w:p>
    <w:p>
      <w:r>
        <w:t>Rest 3 min</w:t>
      </w:r>
    </w:p>
    <w:p>
      <w:r>
        <w:rPr>
          <w:b/>
        </w:rPr>
        <w:t>BACK SQUAT — 3×5 @ 70–75%</w:t>
      </w:r>
    </w:p>
    <w:p>
      <w:r>
        <w:rPr>
          <w:b/>
        </w:rPr>
        <w:t>BACK-DOWN — 2×12 @ ~50–55%</w:t>
      </w:r>
    </w:p>
    <w:p>
      <w:pPr>
        <w:spacing w:after="20"/>
      </w:pPr>
    </w:p>
    <w:p>
      <w:pPr>
        <w:pStyle w:val="Heading2"/>
      </w:pPr>
      <w:r>
        <w:t>Day 5 Friday Upper Strength</w:t>
      </w:r>
    </w:p>
    <w:p>
      <w:r>
        <w:rPr>
          <w:b/>
        </w:rPr>
        <w:t>PUSH PRESS — E3MOM × 5</w:t>
      </w:r>
    </w:p>
    <w:p>
      <w:r>
        <w:t>5 @ 70% • 4 @ 75% • 4 @ 77.5% • 3 @ 82.5% • 3 @ 85%</w:t>
      </w:r>
    </w:p>
    <w:p>
      <w:r>
        <w:t>Back-down — Every 2:00 × 3</w:t>
      </w:r>
    </w:p>
    <w:p>
      <w:r>
        <w:t>Push Press: Max reps @ 60% per set.</w:t>
      </w:r>
    </w:p>
    <w:p>
      <w:r>
        <w:rPr>
          <w:b/>
        </w:rPr>
        <w:t>SUPERSET — 4 rounds</w:t>
      </w:r>
    </w:p>
    <w:p>
      <w:r>
        <w:t>6 Bent-Over Rows • 20 Tuck-Ups</w:t>
      </w:r>
    </w:p>
    <w:p>
      <w:r>
        <w:rPr>
          <w:b/>
        </w:rPr>
        <w:t>ACCESSORY — 20 reps per exercise</w:t>
      </w:r>
    </w:p>
    <w:p>
      <w:r>
        <w:t>20 Incline DB Press • 20 Pull-Ups • 20 Lateral Raises • 20 Triceps reps</w:t>
      </w:r>
    </w:p>
    <w:p>
      <w:pPr>
        <w:spacing w:after="20"/>
      </w:pPr>
    </w:p>
    <w:p>
      <w:pPr>
        <w:pStyle w:val="Heading2"/>
      </w:pPr>
      <w:r>
        <w:t>Day 6 Saturday Super Hybrid</w:t>
      </w:r>
    </w:p>
    <w:p>
      <w:r>
        <w:t>70–80 MIN</w:t>
      </w:r>
    </w:p>
    <w:p>
      <w:r>
        <w:t>3 rounds: 1,000 m Ski • 1,500 m Bike • 750 m Row • 20 Sled Push lengths/steps • 20 Wall Balls • 20 DB Thrusters • 20 Box Jumps</w:t>
      </w:r>
    </w:p>
    <w:p>
      <w:r>
        <w:t>Then 1 km treadmill finish.</w:t>
      </w:r>
    </w:p>
    <w:p>
      <w:r>
        <w:t>Goal: controlled transitions and stronger second half.</w:t>
      </w:r>
    </w:p>
    <w:p>
      <w:pPr>
        <w:spacing w:after="20"/>
      </w:pPr>
    </w:p>
    <w:p>
      <w:r>
        <w:br w:type="page"/>
      </w:r>
    </w:p>
    <w:p>
      <w:pPr>
        <w:pStyle w:val="Heading1"/>
      </w:pPr>
      <w:r>
        <w:t>Week 3 Heavy</w:t>
      </w:r>
    </w:p>
    <w:p>
      <w:pPr>
        <w:pStyle w:val="Heading2"/>
      </w:pPr>
      <w:r>
        <w:t>Day 1 Monday Lower Body Strength</w:t>
      </w:r>
    </w:p>
    <w:p>
      <w:r>
        <w:rPr>
          <w:b/>
        </w:rPr>
        <w:t>BACK SQUAT — E3MOM × 5</w:t>
      </w:r>
    </w:p>
    <w:p>
      <w:r>
        <w:t>3 @ 77.5% • 3 @ 80% • 3 @ 85% • 2 @ 87.5% • 2 @ 90%</w:t>
      </w:r>
    </w:p>
    <w:p>
      <w:r>
        <w:t>Back-down — Every 2:00 × 3</w:t>
      </w:r>
    </w:p>
    <w:p>
      <w:r>
        <w:t>Back Squat: Max reps @ 70% per set.</w:t>
      </w:r>
    </w:p>
    <w:p>
      <w:r>
        <w:rPr>
          <w:b/>
        </w:rPr>
        <w:t>SUPERSET — 4 rounds</w:t>
      </w:r>
    </w:p>
    <w:p>
      <w:r>
        <w:t>5 Heavy RDLs • 20 Tuck-Ups</w:t>
      </w:r>
    </w:p>
    <w:p>
      <w:r>
        <w:rPr>
          <w:b/>
        </w:rPr>
        <w:t>ACCESSORY — 4 rounds</w:t>
      </w:r>
    </w:p>
    <w:p>
      <w:r>
        <w:t>10/10 Bulgarian Split Squats • 20 Hip Thrusts • 20 Hamstring Curls • 20 Weighted GHD</w:t>
      </w:r>
    </w:p>
    <w:p>
      <w:pPr>
        <w:spacing w:after="20"/>
      </w:pPr>
    </w:p>
    <w:p>
      <w:pPr>
        <w:pStyle w:val="Heading2"/>
      </w:pPr>
      <w:r>
        <w:t>Day 2 Tuesday Upper Hybrid</w:t>
      </w:r>
    </w:p>
    <w:p>
      <w:r>
        <w:rPr>
          <w:b/>
        </w:rPr>
        <w:t>EMOM 35 — 7 rounds</w:t>
      </w:r>
    </w:p>
    <w:p>
      <w:r>
        <w:t>Min 1: 14/12 Cal Ski • Min 2: 14/12 Cal Row • Min 3: 16/14 Cal Bike • Min 4: 200 m Treadmill • Min 5: 12 DB Bench</w:t>
      </w:r>
    </w:p>
    <w:p>
      <w:r>
        <w:t>Rest 3 min</w:t>
      </w:r>
    </w:p>
    <w:p>
      <w:r>
        <w:rPr>
          <w:b/>
        </w:rPr>
        <w:t>BENCH PRESS — 3×4 @ 77–82%</w:t>
      </w:r>
    </w:p>
    <w:p>
      <w:r>
        <w:rPr>
          <w:b/>
        </w:rPr>
        <w:t>BACK-DOWN — 2 × max quality reps @ ~55%</w:t>
      </w:r>
    </w:p>
    <w:p>
      <w:pPr>
        <w:spacing w:after="20"/>
      </w:pPr>
    </w:p>
    <w:p>
      <w:pPr>
        <w:pStyle w:val="Heading2"/>
      </w:pPr>
      <w:r>
        <w:t>Day 3 Wednesday Oly Speed + Full Lifts</w:t>
      </w:r>
    </w:p>
    <w:p>
      <w:r>
        <w:rPr>
          <w:b/>
        </w:rPr>
        <w:t>SNATCH COMPLEX — Every 2:30 × 5</w:t>
      </w:r>
    </w:p>
    <w:p>
      <w:r>
        <w:t>1 High Pull + 1 Hang Snatch + 1 Full Snatch @ 55–75%</w:t>
      </w:r>
    </w:p>
    <w:p>
      <w:r>
        <w:rPr>
          <w:b/>
        </w:rPr>
        <w:t>FULL SNATCH — singles @ 80%, 83%, 85% as technique allows</w:t>
      </w:r>
    </w:p>
    <w:p>
      <w:r>
        <w:rPr>
          <w:b/>
        </w:rPr>
        <w:t>CLEAN + JERK — Every 2:30 × 5: 1+1 @ 65–80%</w:t>
      </w:r>
    </w:p>
    <w:p>
      <w:r>
        <w:t>Clean Pull 3×3 @ 100–110% • Front Squat 4×3 @ 75–82%</w:t>
      </w:r>
    </w:p>
    <w:p>
      <w:pPr>
        <w:spacing w:after="20"/>
      </w:pPr>
    </w:p>
    <w:p>
      <w:r>
        <w:br w:type="page"/>
      </w:r>
    </w:p>
    <w:p>
      <w:pPr>
        <w:pStyle w:val="Heading1"/>
      </w:pPr>
      <w:r>
        <w:t>Week 3 Heavy</w:t>
      </w:r>
    </w:p>
    <w:p>
      <w:pPr>
        <w:pStyle w:val="Heading2"/>
      </w:pPr>
      <w:r>
        <w:t>Day 4 Thursday Lower Body Hybrid</w:t>
      </w:r>
    </w:p>
    <w:p>
      <w:r>
        <w:t>4 ROUNDS</w:t>
      </w:r>
    </w:p>
    <w:p>
      <w:r>
        <w:t>750 m Row • 1 km Bike • 500 m Treadmill • 20 Sumo Deadlifts • 20 Wall Balls • 20 Box Jumps • 20 DB Front-Rack Lunges</w:t>
      </w:r>
    </w:p>
    <w:p>
      <w:r>
        <w:t>Rest 3 min</w:t>
      </w:r>
    </w:p>
    <w:p>
      <w:r>
        <w:rPr>
          <w:b/>
        </w:rPr>
        <w:t>DEADLIFT — 3×4 @ 75–80%</w:t>
      </w:r>
    </w:p>
    <w:p>
      <w:r>
        <w:rPr>
          <w:b/>
        </w:rPr>
        <w:t>BACK-DOWN — 2×10 @ ~55–60%</w:t>
      </w:r>
    </w:p>
    <w:p>
      <w:pPr>
        <w:spacing w:after="20"/>
      </w:pPr>
    </w:p>
    <w:p>
      <w:pPr>
        <w:pStyle w:val="Heading2"/>
      </w:pPr>
      <w:r>
        <w:t>Day 5 Friday Upper Strength</w:t>
      </w:r>
    </w:p>
    <w:p>
      <w:r>
        <w:rPr>
          <w:b/>
        </w:rPr>
        <w:t>PUSH JERK — E3MOM × 5</w:t>
      </w:r>
    </w:p>
    <w:p>
      <w:r>
        <w:t>4 @ 72.5% • 3 @ 77.5% • 3 @ 82.5% • 2 @ 87.5% • 2 @ 90%</w:t>
      </w:r>
    </w:p>
    <w:p>
      <w:r>
        <w:t>Back-down — Every 2:00 × 3</w:t>
      </w:r>
    </w:p>
    <w:p>
      <w:r>
        <w:t>Push Jerk: Max reps @ 70% per set.</w:t>
      </w:r>
    </w:p>
    <w:p>
      <w:r>
        <w:rPr>
          <w:b/>
        </w:rPr>
        <w:t>SUPERSET — 4 rounds</w:t>
      </w:r>
    </w:p>
    <w:p>
      <w:r>
        <w:t>5 Heavy Rows • 20 Tuck-Ups</w:t>
      </w:r>
    </w:p>
    <w:p>
      <w:r>
        <w:rPr>
          <w:b/>
        </w:rPr>
        <w:t>ACCESSORY — 20 reps per exercise</w:t>
      </w:r>
    </w:p>
    <w:p>
      <w:r>
        <w:t>20 DB Bench Press • 20 Pull-Ups • 20 Rear-Delt reps • 20 Curls • 20 Triceps reps</w:t>
      </w:r>
    </w:p>
    <w:p>
      <w:pPr>
        <w:spacing w:after="20"/>
      </w:pPr>
    </w:p>
    <w:p>
      <w:pPr>
        <w:pStyle w:val="Heading2"/>
      </w:pPr>
      <w:r>
        <w:t>Day 6 Saturday Super Hybrid</w:t>
      </w:r>
    </w:p>
    <w:p>
      <w:r>
        <w:t>75–85 MIN COMPROMISED</w:t>
      </w:r>
    </w:p>
    <w:p>
      <w:r>
        <w:t>5 rounds: 500 m Ski • 500 m Row • 1 km Bike • 20 m Heavy Farmer Carry • 20 Wall Balls • 20 Burpees • 20 Walking Lunges</w:t>
      </w:r>
    </w:p>
    <w:p>
      <w:r>
        <w:t>Every round finish with 5 moderate Deadlifts.</w:t>
      </w:r>
    </w:p>
    <w:p>
      <w:r>
        <w:t>Goal: strength under accumulated fatigue.</w:t>
      </w:r>
    </w:p>
    <w:p>
      <w:pPr>
        <w:spacing w:after="20"/>
      </w:pPr>
    </w:p>
    <w:p>
      <w:r>
        <w:br w:type="page"/>
      </w:r>
    </w:p>
    <w:p>
      <w:pPr>
        <w:pStyle w:val="Heading1"/>
      </w:pPr>
      <w:r>
        <w:t>Week 4 Very Heavy</w:t>
      </w:r>
    </w:p>
    <w:p>
      <w:pPr>
        <w:pStyle w:val="Heading2"/>
      </w:pPr>
      <w:r>
        <w:t>Day 1 Monday Lower Body Strength</w:t>
      </w:r>
    </w:p>
    <w:p>
      <w:r>
        <w:rPr>
          <w:b/>
        </w:rPr>
        <w:t>DEADLIFT — E3MOM × 5</w:t>
      </w:r>
    </w:p>
    <w:p>
      <w:r>
        <w:t>3 @ 80% • 2 @ 85% • 2 @ 88% • 2 @ 90% • 1–2 @ 92%</w:t>
      </w:r>
    </w:p>
    <w:p>
      <w:r>
        <w:t>Back-down — Every 2:00 × 3</w:t>
      </w:r>
    </w:p>
    <w:p>
      <w:r>
        <w:t>Deadlift: Max reps @ 80% per set.</w:t>
      </w:r>
    </w:p>
    <w:p>
      <w:r>
        <w:rPr>
          <w:b/>
        </w:rPr>
        <w:t>SUPERSET — 4 rounds</w:t>
      </w:r>
    </w:p>
    <w:p>
      <w:r>
        <w:t>5 Heavy Bent-Over Rows • 20 Tuck-Ups</w:t>
      </w:r>
    </w:p>
    <w:p>
      <w:r>
        <w:rPr>
          <w:b/>
        </w:rPr>
        <w:t>ACCESSORY — 3–4 rounds</w:t>
      </w:r>
    </w:p>
    <w:p>
      <w:r>
        <w:t>10/10 Split Squats • 20 RDLs • 20 Hamstring Curls • 20 Back Extensions</w:t>
      </w:r>
    </w:p>
    <w:p>
      <w:pPr>
        <w:spacing w:after="20"/>
      </w:pPr>
    </w:p>
    <w:p>
      <w:pPr>
        <w:pStyle w:val="Heading2"/>
      </w:pPr>
      <w:r>
        <w:t>Day 2 Tuesday Upper Hybrid</w:t>
      </w:r>
    </w:p>
    <w:p>
      <w:r>
        <w:t>35-MIN GRIND</w:t>
      </w:r>
    </w:p>
    <w:p>
      <w:r>
        <w:t>600 m Ski • 20 Cal Bike • 600 m Row • 250 m Treadmill • 15 DB Thrusters — repeat</w:t>
      </w:r>
    </w:p>
    <w:p>
      <w:r>
        <w:t>Rest 3 min</w:t>
      </w:r>
    </w:p>
    <w:p>
      <w:r>
        <w:rPr>
          <w:b/>
        </w:rPr>
        <w:t>PUSH PRESS — 3×3 @ 82–87%</w:t>
      </w:r>
    </w:p>
    <w:p>
      <w:r>
        <w:rPr>
          <w:b/>
        </w:rPr>
        <w:t>BACK-DOWN — 2 × max quality reps @ 55–60%</w:t>
      </w:r>
    </w:p>
    <w:p>
      <w:pPr>
        <w:spacing w:after="20"/>
      </w:pPr>
    </w:p>
    <w:p>
      <w:pPr>
        <w:pStyle w:val="Heading2"/>
      </w:pPr>
      <w:r>
        <w:t>Day 3 Wednesday Oly Heavy Technical</w:t>
      </w:r>
    </w:p>
    <w:p>
      <w:r>
        <w:rPr>
          <w:b/>
        </w:rPr>
        <w:t>SNATCH — Every 2:30: singles 70%, 75%, 80%, 85%, 88%, then technical heavy single</w:t>
      </w:r>
    </w:p>
    <w:p>
      <w:r>
        <w:t>Snatch Pull 3×2 @ 105–115%</w:t>
      </w:r>
    </w:p>
    <w:p>
      <w:r>
        <w:rPr>
          <w:b/>
        </w:rPr>
        <w:t>CLEAN + JERK — singles 70%, 75%, 80%, 85%, 88%, then technical heavy 1+1</w:t>
      </w:r>
    </w:p>
    <w:p>
      <w:r>
        <w:t>Clean Pull 3×2 @ 105–115%</w:t>
      </w:r>
    </w:p>
    <w:p>
      <w:r>
        <w:t>Front Squat 4×2 @ 82–87%</w:t>
      </w:r>
    </w:p>
    <w:p>
      <w:pPr>
        <w:spacing w:after="20"/>
      </w:pPr>
    </w:p>
    <w:p>
      <w:r>
        <w:br w:type="page"/>
      </w:r>
    </w:p>
    <w:p>
      <w:pPr>
        <w:pStyle w:val="Heading1"/>
      </w:pPr>
      <w:r>
        <w:t>Week 4 Very Heavy</w:t>
      </w:r>
    </w:p>
    <w:p>
      <w:pPr>
        <w:pStyle w:val="Heading2"/>
      </w:pPr>
      <w:r>
        <w:t>Day 4 Thursday Lower Body Hybrid</w:t>
      </w:r>
    </w:p>
    <w:p>
      <w:r>
        <w:rPr>
          <w:b/>
        </w:rPr>
        <w:t>FOR TIME — 4 rounds</w:t>
      </w:r>
    </w:p>
    <w:p>
      <w:r>
        <w:t>1 km Bike • 500 m Row • 400 m Treadmill • 20 Wall Balls • 20 Box Jump-Overs • 20 DB Thrusters • 20 Goblet Squats • 20 Reverse Lunges</w:t>
      </w:r>
    </w:p>
    <w:p>
      <w:r>
        <w:t>Rest 3 min</w:t>
      </w:r>
    </w:p>
    <w:p>
      <w:r>
        <w:rPr>
          <w:b/>
        </w:rPr>
        <w:t>BACK SQUAT — 3×3 @ 80–85%</w:t>
      </w:r>
    </w:p>
    <w:p>
      <w:r>
        <w:rPr>
          <w:b/>
        </w:rPr>
        <w:t>BACK-DOWN — 2×8 @ 60%</w:t>
      </w:r>
    </w:p>
    <w:p>
      <w:pPr>
        <w:spacing w:after="20"/>
      </w:pPr>
    </w:p>
    <w:p>
      <w:pPr>
        <w:pStyle w:val="Heading2"/>
      </w:pPr>
      <w:r>
        <w:t>Day 5 Friday Upper Strength</w:t>
      </w:r>
    </w:p>
    <w:p>
      <w:r>
        <w:rPr>
          <w:b/>
        </w:rPr>
        <w:t>BENCH PRESS — E3MOM × 5</w:t>
      </w:r>
    </w:p>
    <w:p>
      <w:r>
        <w:t>3 @ 80% • 3 @ 82.5% • 2 @ 87.5% • 2 @ 90% • 1–2 @ 92%</w:t>
      </w:r>
    </w:p>
    <w:p>
      <w:r>
        <w:t>Back-down — Every 2:00 × 3</w:t>
      </w:r>
    </w:p>
    <w:p>
      <w:r>
        <w:t>Bench Press: Max reps @ 80% per set.</w:t>
      </w:r>
    </w:p>
    <w:p>
      <w:r>
        <w:rPr>
          <w:b/>
        </w:rPr>
        <w:t>SUPERSET — 4 rounds</w:t>
      </w:r>
    </w:p>
    <w:p>
      <w:r>
        <w:t>5 Bent-Over Rows • 20 Tuck-Ups</w:t>
      </w:r>
    </w:p>
    <w:p>
      <w:r>
        <w:rPr>
          <w:b/>
        </w:rPr>
        <w:t>ACCESSORY — 20 reps per exercise</w:t>
      </w:r>
    </w:p>
    <w:p>
      <w:r>
        <w:t>Accessory volume reduced to preserve peak strength.</w:t>
      </w:r>
    </w:p>
    <w:p>
      <w:pPr>
        <w:spacing w:after="20"/>
      </w:pPr>
    </w:p>
    <w:p>
      <w:pPr>
        <w:pStyle w:val="Heading2"/>
      </w:pPr>
      <w:r>
        <w:t>Day 6 Saturday Super Hybrid</w:t>
      </w:r>
    </w:p>
    <w:p>
      <w:r>
        <w:t>80–90 MIN — MENTAL CAPACITY</w:t>
      </w:r>
    </w:p>
    <w:p>
      <w:r>
        <w:t>3 rounds: 1 km Treadmill • 1 km Ski • 2 km Bike • 1 km Row • 20 Heavy Sled Push • 20 Heavy Sled Pull • 20 Wall Balls • 20 Burpees</w:t>
      </w:r>
    </w:p>
    <w:p>
      <w:r>
        <w:t>Goal: deliberate pacing; complete all work without technical breakdown.</w:t>
      </w:r>
    </w:p>
    <w:p>
      <w:pPr>
        <w:spacing w:after="20"/>
      </w:pPr>
    </w:p>
    <w:p>
      <w:r>
        <w:br w:type="page"/>
      </w:r>
    </w:p>
    <w:p>
      <w:pPr>
        <w:pStyle w:val="Heading1"/>
      </w:pPr>
      <w:r>
        <w:t>Week 5 Peak Performance</w:t>
      </w:r>
    </w:p>
    <w:p>
      <w:pPr>
        <w:pStyle w:val="Heading2"/>
      </w:pPr>
      <w:r>
        <w:t>Day 1 Monday Lower Body Strength Peak</w:t>
      </w:r>
    </w:p>
    <w:p>
      <w:r>
        <w:rPr>
          <w:b/>
        </w:rPr>
        <w:t>BACK SQUAT — E3–4MOM</w:t>
      </w:r>
    </w:p>
    <w:p>
      <w:r>
        <w:t>2 @ 82.5% • 2 @ 87.5% • 1 @ 90% • 1 @ 92.5% • 1 @ 95% if technically strong</w:t>
      </w:r>
    </w:p>
    <w:p>
      <w:r>
        <w:t>Back-down — Every 2:00 × 3</w:t>
      </w:r>
    </w:p>
    <w:p>
      <w:r>
        <w:t>Back Squat: Max reps @ 90% per set.</w:t>
      </w:r>
    </w:p>
    <w:p>
      <w:r>
        <w:rPr>
          <w:b/>
        </w:rPr>
        <w:t>SUPERSET — 3 rounds</w:t>
      </w:r>
    </w:p>
    <w:p>
      <w:r>
        <w:t>4 Heavy RDLs, controlled • 20 Tuck-Ups</w:t>
      </w:r>
    </w:p>
    <w:p>
      <w:r>
        <w:rPr>
          <w:b/>
        </w:rPr>
        <w:t>ACCESSORY — 3 rounds only</w:t>
      </w:r>
    </w:p>
    <w:p>
      <w:r>
        <w:t>10/10 Split Squats • 20 Hamstring Curls • 20 Back Extensions</w:t>
      </w:r>
    </w:p>
    <w:p>
      <w:r>
        <w:t>No failure work.</w:t>
      </w:r>
    </w:p>
    <w:p>
      <w:pPr>
        <w:spacing w:after="20"/>
      </w:pPr>
    </w:p>
    <w:p>
      <w:pPr>
        <w:pStyle w:val="Heading2"/>
      </w:pPr>
      <w:r>
        <w:t>Day 2 Tuesday Upper Hybrid Peak</w:t>
      </w:r>
    </w:p>
    <w:p>
      <w:r>
        <w:t>30-MIN FAST ENGINE</w:t>
      </w:r>
    </w:p>
    <w:p>
      <w:r>
        <w:t>500 m Ski • 15 Cal Bike • 500 m Row • 200 m Treadmill • 10 DB Thrusters — repeat</w:t>
      </w:r>
    </w:p>
    <w:p>
      <w:r>
        <w:t>Rest 3 min</w:t>
      </w:r>
    </w:p>
    <w:p>
      <w:r>
        <w:rPr>
          <w:b/>
        </w:rPr>
        <w:t>BENCH PRESS — 3×3 @ 82–88%</w:t>
      </w:r>
    </w:p>
    <w:p>
      <w:r>
        <w:rPr>
          <w:b/>
        </w:rPr>
        <w:t>BACK-DOWN — 2 × max quality reps @ ~55%</w:t>
      </w:r>
    </w:p>
    <w:p>
      <w:pPr>
        <w:spacing w:after="20"/>
      </w:pPr>
    </w:p>
    <w:p>
      <w:pPr>
        <w:pStyle w:val="Heading2"/>
      </w:pPr>
      <w:r>
        <w:t>Day 3 Wednesday Oly Performance</w:t>
      </w:r>
    </w:p>
    <w:p>
      <w:r>
        <w:rPr>
          <w:b/>
        </w:rPr>
        <w:t>SNATCH — build through technical singles to a heavy single for the day; no misses chased.</w:t>
      </w:r>
    </w:p>
    <w:p>
      <w:r>
        <w:rPr>
          <w:b/>
        </w:rPr>
        <w:t>CLEAN + JERK — build through technical 1+1s to a heavy successful lift.</w:t>
      </w:r>
    </w:p>
    <w:p>
      <w:r>
        <w:t>Snatch Pull 2×2 @ 100–110% • Clean Pull 2×2 @ 105–115%</w:t>
      </w:r>
    </w:p>
    <w:p>
      <w:r>
        <w:t>Front Squat — 3×2 @ 85–90%</w:t>
      </w:r>
    </w:p>
    <w:p>
      <w:r>
        <w:t>Push Press — 3×3 moderate-heavy</w:t>
      </w:r>
    </w:p>
    <w:p>
      <w:pPr>
        <w:spacing w:after="20"/>
      </w:pPr>
    </w:p>
    <w:p>
      <w:r>
        <w:br w:type="page"/>
      </w:r>
    </w:p>
    <w:p>
      <w:pPr>
        <w:pStyle w:val="Heading1"/>
      </w:pPr>
      <w:r>
        <w:t>Week 5 Peak Performance</w:t>
      </w:r>
    </w:p>
    <w:p>
      <w:pPr>
        <w:pStyle w:val="Heading2"/>
      </w:pPr>
      <w:r>
        <w:t>Day 4 Thursday Lower Body Hybrid Peak</w:t>
      </w:r>
    </w:p>
    <w:p>
      <w:r>
        <w:t>20-REP CHALLENGE — 3 rounds</w:t>
      </w:r>
    </w:p>
    <w:p>
      <w:r>
        <w:t>20 Cal Ski • 20 Cal Row • 20 Cal Bike • 20 Wall Balls • 20 Box Jumps • 20 Sumo Deadlifts • 20 DB Thrusters • 20 Walking Lunges/leg • 20 Burpees</w:t>
      </w:r>
    </w:p>
    <w:p>
      <w:r>
        <w:t>Finish: 1 km Treadmill</w:t>
      </w:r>
    </w:p>
    <w:p>
      <w:r>
        <w:t>Rest 3 min</w:t>
      </w:r>
    </w:p>
    <w:p>
      <w:r>
        <w:rPr>
          <w:b/>
        </w:rPr>
        <w:t>DEADLIFT — 3×3 @ 82–88%</w:t>
      </w:r>
    </w:p>
    <w:p>
      <w:r>
        <w:rPr>
          <w:b/>
        </w:rPr>
        <w:t>BACK-DOWN — 2×8 @ 60%</w:t>
      </w:r>
    </w:p>
    <w:p>
      <w:pPr>
        <w:spacing w:after="20"/>
      </w:pPr>
    </w:p>
    <w:p>
      <w:pPr>
        <w:pStyle w:val="Heading2"/>
      </w:pPr>
      <w:r>
        <w:t>Day 5 Friday Upper Strength Peak</w:t>
      </w:r>
    </w:p>
    <w:p>
      <w:r>
        <w:rPr>
          <w:b/>
        </w:rPr>
        <w:t>PUSH PRESS — E3MOM</w:t>
      </w:r>
    </w:p>
    <w:p>
      <w:r>
        <w:t>3 @ 80% • 2 @ 85% • 2 @ 88% • 1 @ 90–92% • 1 heavy technical rep if strong</w:t>
      </w:r>
    </w:p>
    <w:p>
      <w:r>
        <w:t>Back-down — Every 2:00 × 3</w:t>
      </w:r>
    </w:p>
    <w:p>
      <w:r>
        <w:t>Push Press: Max reps @ 90% per set.</w:t>
      </w:r>
    </w:p>
    <w:p>
      <w:r>
        <w:rPr>
          <w:b/>
        </w:rPr>
        <w:t>SUPERSET — 3 rounds</w:t>
      </w:r>
    </w:p>
    <w:p>
      <w:r>
        <w:t>5 Heavy Bent-Over Rows • 20 Tuck-Ups</w:t>
      </w:r>
    </w:p>
    <w:p>
      <w:r>
        <w:rPr>
          <w:b/>
        </w:rPr>
        <w:t>ACCESSORY — 20 reps per exercise</w:t>
      </w:r>
    </w:p>
    <w:p>
      <w:r>
        <w:t>20 Light Upper-Back reps • 20 Light Triceps reps</w:t>
      </w:r>
    </w:p>
    <w:p>
      <w:r>
        <w:t>Finish with light upper-back/triceps work only.</w:t>
      </w:r>
    </w:p>
    <w:p>
      <w:pPr>
        <w:spacing w:after="20"/>
      </w:pPr>
    </w:p>
    <w:p>
      <w:pPr>
        <w:pStyle w:val="Heading2"/>
      </w:pPr>
      <w:r>
        <w:t>Day 6 Saturday Final Super Hybrid Benchmark</w:t>
      </w:r>
    </w:p>
    <w:p>
      <w:r>
        <w:t>75–90 MIN FINAL TEST</w:t>
      </w:r>
    </w:p>
    <w:p>
      <w:r>
        <w:t>1 km Treadmill • 1 km Ski • 2 km Bike • 1 km Row</w:t>
      </w:r>
    </w:p>
    <w:p>
      <w:r>
        <w:t>20 Heavy Sled Push • 20 Heavy Sled Pull • 20 Wall Balls • 20 Box Jumps • 20 DB Thrusters • 20 Burpees</w:t>
      </w:r>
    </w:p>
    <w:p>
      <w:r>
        <w:t>Then repeat machine sequence: 1 km Ski • 2 km Bike • 1 km Row • 1 km Treadmill.</w:t>
      </w:r>
    </w:p>
    <w:p>
      <w:r>
        <w:t>Record total time and machine splits for the next block.</w:t>
      </w:r>
    </w:p>
    <w:p>
      <w:pPr>
        <w:spacing w:after="20"/>
      </w:pPr>
    </w:p>
    <w:p>
      <w:r>
        <w:br w:type="page"/>
      </w:r>
    </w:p>
    <w:p>
      <w:pPr>
        <w:pStyle w:val="Heading1"/>
      </w:pPr>
      <w:r>
        <w:t>Coaching Notes</w:t>
      </w:r>
    </w:p>
    <w:p>
      <w:pPr>
        <w:pStyle w:val="ListBullet"/>
      </w:pPr>
      <w:r>
        <w:t>Strength percentages are targets, not permission to sacrifice position or bar speed. Adjust load for the athlete.</w:t>
      </w:r>
    </w:p>
    <w:p>
      <w:pPr>
        <w:pStyle w:val="ListBullet"/>
      </w:pPr>
      <w:r>
        <w:t>Hybrid strength stays at 5 reps or fewer for the heavy work, followed by two controlled back-down sets as programmed.</w:t>
      </w:r>
    </w:p>
    <w:p>
      <w:pPr>
        <w:pStyle w:val="ListBullet"/>
      </w:pPr>
      <w:r>
        <w:t>Olympic lifting heavy work means the heaviest technically successful lift for the day—not repeated misses.</w:t>
      </w:r>
    </w:p>
    <w:p>
      <w:pPr>
        <w:pStyle w:val="ListBullet"/>
      </w:pPr>
      <w:r>
        <w:t>Week 5 is the peak. Reduce unnecessary accessory volume so athletes can express the strength developed across the block.</w:t>
      </w:r>
    </w:p>
    <w:p>
      <w:pPr>
        <w:pStyle w:val="ListBullet"/>
      </w:pPr>
      <w:r>
        <w:t>Super Hybrid sessions are benchmarks of pacing and resilience, not an excuse for poor movement quality.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spacing w:after="6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